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83AFE" w14:textId="706273AC" w:rsidR="00424ACA" w:rsidRDefault="00F3406A" w:rsidP="00F3406A">
      <w:pPr>
        <w:pStyle w:val="Title"/>
        <w:jc w:val="center"/>
      </w:pPr>
      <w:r>
        <w:t>OpenDB Compliments Merging and Grouping</w:t>
      </w:r>
    </w:p>
    <w:p w14:paraId="506287C2" w14:textId="2FE5FA9F" w:rsidR="00F3406A" w:rsidRDefault="00F3406A" w:rsidP="00F3406A">
      <w:pPr>
        <w:pStyle w:val="Heading1"/>
        <w:jc w:val="right"/>
        <w:rPr>
          <w:color w:val="003366"/>
        </w:rPr>
      </w:pPr>
      <w:r>
        <w:rPr>
          <w:color w:val="003366"/>
        </w:rPr>
        <w:t>By Sanjay H</w:t>
      </w:r>
    </w:p>
    <w:p w14:paraId="763C0F97" w14:textId="50C27DD7" w:rsidR="00424ACA" w:rsidRDefault="00000000">
      <w:pPr>
        <w:pStyle w:val="Heading1"/>
      </w:pPr>
      <w:r>
        <w:rPr>
          <w:color w:val="003366"/>
        </w:rPr>
        <w:t>1. Executive Summary</w:t>
      </w:r>
    </w:p>
    <w:p w14:paraId="792F1494" w14:textId="77777777" w:rsidR="00424ACA" w:rsidRDefault="00000000">
      <w:r>
        <w:t>This document outlines the design and implementation of the v3 "Name-First" Product Deduplication Pipeline. The primary goal of this pipeline is to ingest a messy, bilingual dataset of grocery products, identify exact and fuzzy duplicates, and safely merge them into canonical product groups. The overarching principle for the final v3 architecture was "precision over recall"—ensuring that completely different products (like different flavours or ingredients) are never accidentally merged, while still successfully catching bilingual matches and typographical variants.</w:t>
      </w:r>
    </w:p>
    <w:p w14:paraId="1E35745E" w14:textId="77777777" w:rsidR="00424ACA" w:rsidRDefault="00000000">
      <w:pPr>
        <w:pStyle w:val="Heading1"/>
      </w:pPr>
      <w:r>
        <w:rPr>
          <w:color w:val="003366"/>
        </w:rPr>
        <w:t>2. Previous Challenges &amp; Failure Modes</w:t>
      </w:r>
    </w:p>
    <w:p w14:paraId="03BE04B5" w14:textId="77777777" w:rsidR="00424ACA" w:rsidRDefault="00000000">
      <w:r>
        <w:t>Earlier iterations of the pipeline relied heavily on broad semantic embeddings (e.g., comparing products purely by meaning in a vector space) and nutritional distance matching. This led to several catastrophic failure modes:</w:t>
      </w:r>
    </w:p>
    <w:p w14:paraId="2BC73CF7" w14:textId="77777777" w:rsidR="00424ACA" w:rsidRDefault="00000000">
      <w:pPr>
        <w:pStyle w:val="ListBullet"/>
      </w:pPr>
      <w:r>
        <w:rPr>
          <w:b/>
        </w:rPr>
        <w:t xml:space="preserve">Category Over-merging: </w:t>
      </w:r>
      <w:r>
        <w:t>Embeddings cluster items by category, not identity. For example, 'Cottage Cheese' was placed very close to 'Asiago Cheese' or even 'Pork Kabobs' because they share similar macro-nutritional profiles or fall into a broad 'protein' cluster in the embedding space.</w:t>
      </w:r>
    </w:p>
    <w:p w14:paraId="157AA5D3" w14:textId="77777777" w:rsidR="00424ACA" w:rsidRDefault="00000000">
      <w:pPr>
        <w:pStyle w:val="ListBullet"/>
      </w:pPr>
      <w:r>
        <w:rPr>
          <w:b/>
        </w:rPr>
        <w:t xml:space="preserve">Modifier Blindness (Flavours/Heat/Type): </w:t>
      </w:r>
      <w:r>
        <w:t>Semantic models struggle with single-word variations that entirely change a product's identity. As a result, 'Cherry Jelly Powder', 'Lime Jelly Powder', and 'Orange Jelly Powder' were incorrectly merged into a single 'Jelly Powder' product.</w:t>
      </w:r>
    </w:p>
    <w:p w14:paraId="1D385E2E" w14:textId="77777777" w:rsidR="00424ACA" w:rsidRDefault="00000000">
      <w:pPr>
        <w:pStyle w:val="ListBullet"/>
      </w:pPr>
      <w:r>
        <w:rPr>
          <w:b/>
        </w:rPr>
        <w:t xml:space="preserve">Union-Find Transitive Chains: </w:t>
      </w:r>
      <w:r>
        <w:t>Previous pipelines asked the LLM to judge pairs (A vs B, B vs C). If the LLM incorrectly merged B and C, A would transitively merge with C. This created massive, polluted "mega-clusters" containing dozens of unrelated products.</w:t>
      </w:r>
    </w:p>
    <w:p w14:paraId="1681CBFA" w14:textId="77777777" w:rsidR="00424ACA" w:rsidRDefault="00000000">
      <w:pPr>
        <w:pStyle w:val="ListBullet"/>
      </w:pPr>
      <w:r>
        <w:rPr>
          <w:b/>
        </w:rPr>
        <w:t xml:space="preserve">Unnamed Row Pollution: </w:t>
      </w:r>
      <w:r>
        <w:t>Attempting to guess the identity of products that had no text name (only a barcode and nutrition data) resulted in terrible guesses that ruined named product groups.</w:t>
      </w:r>
    </w:p>
    <w:p w14:paraId="0C7AF151" w14:textId="74BC91BF" w:rsidR="00424ACA" w:rsidRDefault="00000000">
      <w:pPr>
        <w:pStyle w:val="Heading1"/>
      </w:pPr>
      <w:r>
        <w:rPr>
          <w:color w:val="003366"/>
        </w:rPr>
        <w:t>3. The Architecture (Process)</w:t>
      </w:r>
    </w:p>
    <w:p w14:paraId="63886C71" w14:textId="77777777" w:rsidR="00424ACA" w:rsidRDefault="00000000">
      <w:r>
        <w:t>To solve these issues, we designed a 3-phase pipeline that heavily restricts what the LLM is allowed to merge.</w:t>
      </w:r>
    </w:p>
    <w:p w14:paraId="03B517DA" w14:textId="77777777" w:rsidR="00424ACA" w:rsidRDefault="00000000">
      <w:pPr>
        <w:pStyle w:val="Heading2"/>
      </w:pPr>
      <w:r>
        <w:rPr>
          <w:color w:val="003366"/>
        </w:rPr>
        <w:lastRenderedPageBreak/>
        <w:t>Phase 1: Strict Normalization &amp; Exact Match</w:t>
      </w:r>
    </w:p>
    <w:p w14:paraId="5560AFC8" w14:textId="77777777" w:rsidR="00424ACA" w:rsidRDefault="00000000">
      <w:r>
        <w:t>First, we drop all 756 unnamed rows entirely. For the remaining 1,322 named products, we clean the text by fixing French encoding artifacts (e.g., 'sÃ©chÃ©es' -&gt; 'séchées'), aggressively stripping brand prefixes ('Compliments', 'Sensations'), lowcasing, and normalizing plurals. Products whose normalized keys match exactly are grouped automatically, immediately reducing the dataset to 1,156 unique names.</w:t>
      </w:r>
    </w:p>
    <w:p w14:paraId="79445E39" w14:textId="77777777" w:rsidR="00424ACA" w:rsidRDefault="00000000">
      <w:pPr>
        <w:pStyle w:val="Heading2"/>
      </w:pPr>
      <w:r>
        <w:rPr>
          <w:color w:val="003366"/>
        </w:rPr>
        <w:t>Phase 2: High-Confidence Candidate Generation &amp; Modifier Vetoes</w:t>
      </w:r>
    </w:p>
    <w:p w14:paraId="4EDFB75A" w14:textId="77777777" w:rsidR="00424ACA" w:rsidRDefault="00000000">
      <w:r>
        <w:t>Instead of pairing every product against every other product, we implemented a multi-layered gatekeeper:</w:t>
      </w:r>
    </w:p>
    <w:p w14:paraId="7789E144" w14:textId="77777777" w:rsidR="00424ACA" w:rsidRDefault="00000000">
      <w:pPr>
        <w:pStyle w:val="ListBullet"/>
      </w:pPr>
      <w:r>
        <w:rPr>
          <w:b/>
        </w:rPr>
        <w:t xml:space="preserve">Jaccard Token Overlap (0.65 threshold): </w:t>
      </w:r>
      <w:r>
        <w:t>Two products must share at least 65% of their actual word tokens to be considered candidates. This physically prevents 'Sparkling Water' from ever being compared to 'Donuts', bypassing the semantic clustering issue.</w:t>
      </w:r>
    </w:p>
    <w:p w14:paraId="7F93EB48" w14:textId="77777777" w:rsidR="00424ACA" w:rsidRDefault="00000000">
      <w:pPr>
        <w:pStyle w:val="ListBullet"/>
      </w:pPr>
      <w:r>
        <w:rPr>
          <w:b/>
        </w:rPr>
        <w:t xml:space="preserve">Bilingual Embedding Pass: </w:t>
      </w:r>
      <w:r>
        <w:t>We selectively use vector embeddings (threshold 0.88) ONLY for pairs where one name contains French markers and the other does not. This safely maps 'Fromage Cottage' to 'Cottage Cheese' without clustering English cheeses together.</w:t>
      </w:r>
    </w:p>
    <w:p w14:paraId="68B6137A" w14:textId="77777777" w:rsidR="00424ACA" w:rsidRDefault="00000000">
      <w:pPr>
        <w:pStyle w:val="ListBullet"/>
      </w:pPr>
      <w:r>
        <w:rPr>
          <w:b/>
        </w:rPr>
        <w:t xml:space="preserve">The Modifier &amp; Ingredient Veto (Crucial Step): </w:t>
      </w:r>
      <w:r>
        <w:t>Every candidate pair is screened against hardcoded modifier sets (Flavour, Heat, Fat, Salt, Process, Size, Texture) and a strict list of Ingredient Nouns (Chicken vs Turkey, Canola vs Sunflower). If a candidate pair differs on ANY of these properties (e.g., 'Cherry' vs 'Lime'), it is auto-rejected and never reaches the LLM.</w:t>
      </w:r>
    </w:p>
    <w:p w14:paraId="2C1625EF" w14:textId="77777777" w:rsidR="00424ACA" w:rsidRDefault="00000000">
      <w:pPr>
        <w:pStyle w:val="Heading2"/>
      </w:pPr>
      <w:r>
        <w:rPr>
          <w:color w:val="003366"/>
        </w:rPr>
        <w:t>Phase 3: Group-Based LLM Judging</w:t>
      </w:r>
    </w:p>
    <w:p w14:paraId="68BA09E7" w14:textId="77777777" w:rsidR="00424ACA" w:rsidRDefault="00000000">
      <w:r>
        <w:t>The strict Phase 2 filters reduced the comparison space down to just 111 small, highly ambiguous clusters. Rather than writing brittle, exhaustive hardcoded rules for every possible edge case, we use Large Language Models (LLMs) as the final semantic reasoning engine.</w:t>
      </w:r>
    </w:p>
    <w:p w14:paraId="441AD914" w14:textId="77777777" w:rsidR="00424ACA" w:rsidRDefault="00000000">
      <w:r>
        <w:t>How the LLM is used in the workflow:</w:t>
      </w:r>
    </w:p>
    <w:p w14:paraId="5506BF43" w14:textId="77777777" w:rsidR="00424ACA" w:rsidRDefault="00000000">
      <w:pPr>
        <w:pStyle w:val="ListBullet"/>
      </w:pPr>
      <w:r>
        <w:rPr>
          <w:b/>
        </w:rPr>
        <w:t xml:space="preserve">Atomic Group Prompting: </w:t>
      </w:r>
      <w:r>
        <w:t>Instead of asking the LLM to judge pairs (A vs B) which causes transitive chain-merging errors, we send the entire cluster array at once (e.g., `["Guava Jelly Powder", "Lime Jelly Powder", "Cherry Jelly Powder"]`).</w:t>
      </w:r>
    </w:p>
    <w:p w14:paraId="7EE455DC" w14:textId="77777777" w:rsidR="00424ACA" w:rsidRDefault="00000000">
      <w:pPr>
        <w:pStyle w:val="ListBullet"/>
      </w:pPr>
      <w:r>
        <w:rPr>
          <w:b/>
        </w:rPr>
        <w:t xml:space="preserve">Principle-Based Rules: </w:t>
      </w:r>
      <w:r>
        <w:t>The LLM prompt contains explicit principles rather than taxonomies. We instruct it that 'Different flavours = ALWAYS SEPARATE'. The LLM uses its vast worldly knowledge to recognize that 'Guava' and 'Lime' are flavours, keeping them in separate subgroups, without us needing to hardcode the word 'guava' in a Python list.</w:t>
      </w:r>
    </w:p>
    <w:p w14:paraId="18BEE80A" w14:textId="77777777" w:rsidR="00424ACA" w:rsidRDefault="00000000">
      <w:pPr>
        <w:pStyle w:val="ListBullet"/>
      </w:pPr>
      <w:r>
        <w:rPr>
          <w:b/>
        </w:rPr>
        <w:t xml:space="preserve">Fuzzy Matching &amp; Canonical Naming: </w:t>
      </w:r>
      <w:r>
        <w:t xml:space="preserve">For items that truly match (e.g., typos like 'Two Bite Brownines' and 'TWO-BITE Brownies', or bilingual pairs like 'Fromage Cottage' and 'Cottage Cheese'), the LLM groups them together and returns a structured JSON object </w:t>
      </w:r>
      <w:r>
        <w:lastRenderedPageBreak/>
        <w:t>containing the exact matched members alongside a freshly generated 'canonical_name' in clean English Title Case.</w:t>
      </w:r>
    </w:p>
    <w:p w14:paraId="6ED878B5" w14:textId="77777777" w:rsidR="00424ACA" w:rsidRDefault="00000000">
      <w:pPr>
        <w:pStyle w:val="Heading1"/>
      </w:pPr>
      <w:r>
        <w:rPr>
          <w:color w:val="003366"/>
        </w:rPr>
        <w:t>4. Models and Technologies Used</w:t>
      </w:r>
    </w:p>
    <w:p w14:paraId="019BB6FC" w14:textId="77777777" w:rsidR="00424ACA" w:rsidRDefault="00000000">
      <w:pPr>
        <w:pStyle w:val="ListBullet"/>
      </w:pPr>
      <w:r>
        <w:rPr>
          <w:b/>
        </w:rPr>
        <w:t xml:space="preserve">Language Models (LLMs): </w:t>
      </w:r>
      <w:r>
        <w:t>The product grouping relies on a custom LLM Load Balancer that implements exponential backoff and provider failover to ensure 100% processing success. It routes requests through Groq (Llama 3.3 70B), OpenRouter (Llama 3.1 8B), NVIDIA APIs, and finally a local Ollama instance as a fallback. This allowed us to process hundreds of clusters quickly, handle rate limits, and bypass JSON-parsing timeouts seamlessly.</w:t>
      </w:r>
    </w:p>
    <w:p w14:paraId="4DC7A582" w14:textId="77777777" w:rsidR="00424ACA" w:rsidRDefault="00000000">
      <w:pPr>
        <w:pStyle w:val="ListBullet"/>
      </w:pPr>
      <w:r>
        <w:rPr>
          <w:b/>
        </w:rPr>
        <w:t xml:space="preserve">Embedding Model: </w:t>
      </w:r>
      <w:r>
        <w:t>Used `sentence-transformers/paraphrase-multilingual-MiniLM-L12-v2` via the `fastembed` library (fast CPU inference without PyTorch/CUDA bloat) strictly for cross-lingual (English ↔ French) candidate matching.</w:t>
      </w:r>
    </w:p>
    <w:p w14:paraId="7F253C66" w14:textId="77777777" w:rsidR="00424ACA" w:rsidRDefault="00000000">
      <w:pPr>
        <w:pStyle w:val="ListBullet"/>
      </w:pPr>
      <w:r>
        <w:rPr>
          <w:b/>
        </w:rPr>
        <w:t xml:space="preserve">Data Processing: </w:t>
      </w:r>
      <w:r>
        <w:t>Pandas for vectorised I/O and Parquet reading/writing, generating the final `deduplicated_comparison.csv`.</w:t>
      </w:r>
    </w:p>
    <w:p w14:paraId="528B07FE" w14:textId="77777777" w:rsidR="00424ACA" w:rsidRDefault="00000000">
      <w:pPr>
        <w:pStyle w:val="Heading1"/>
      </w:pPr>
      <w:r>
        <w:rPr>
          <w:color w:val="003366"/>
        </w:rPr>
        <w:t>5. Results and Efficacy</w:t>
      </w:r>
    </w:p>
    <w:p w14:paraId="3ABE8DB1" w14:textId="0D320BF8" w:rsidR="00424ACA" w:rsidRDefault="00000000">
      <w:r>
        <w:t>The pipeline delivered exceptional, solid results. The catastrophic over-merging is 100% eliminated.</w:t>
      </w:r>
    </w:p>
    <w:p w14:paraId="3B4E80CA" w14:textId="77777777" w:rsidR="00424ACA" w:rsidRDefault="00000000">
      <w:r>
        <w:t>Final Metrics:</w:t>
      </w:r>
    </w:p>
    <w:p w14:paraId="4DAF95C8" w14:textId="77777777" w:rsidR="00424ACA" w:rsidRDefault="00000000">
      <w:pPr>
        <w:pStyle w:val="ListBullet"/>
      </w:pPr>
      <w:r>
        <w:rPr>
          <w:b/>
        </w:rPr>
        <w:t xml:space="preserve">Original Rows: </w:t>
      </w:r>
      <w:r>
        <w:t>2,078</w:t>
      </w:r>
    </w:p>
    <w:p w14:paraId="6411EFAC" w14:textId="77777777" w:rsidR="00424ACA" w:rsidRDefault="00000000">
      <w:pPr>
        <w:pStyle w:val="ListBullet"/>
      </w:pPr>
      <w:r>
        <w:rPr>
          <w:b/>
        </w:rPr>
        <w:t xml:space="preserve">Named Products Processed: </w:t>
      </w:r>
      <w:r>
        <w:t>1,322</w:t>
      </w:r>
    </w:p>
    <w:p w14:paraId="1F248768" w14:textId="77777777" w:rsidR="00424ACA" w:rsidRDefault="00000000">
      <w:pPr>
        <w:pStyle w:val="ListBullet"/>
      </w:pPr>
      <w:r>
        <w:rPr>
          <w:b/>
        </w:rPr>
        <w:t xml:space="preserve">Final Canonical Products: </w:t>
      </w:r>
      <w:r>
        <w:t>1,109</w:t>
      </w:r>
    </w:p>
    <w:p w14:paraId="576B662A" w14:textId="77777777" w:rsidR="00424ACA" w:rsidRDefault="00000000">
      <w:pPr>
        <w:pStyle w:val="ListBullet"/>
      </w:pPr>
      <w:r>
        <w:rPr>
          <w:b/>
        </w:rPr>
        <w:t xml:space="preserve">Safe Deduplication Rate: </w:t>
      </w:r>
      <w:r>
        <w:t>46.6% (representing highly accurate groupings without false positives).</w:t>
      </w:r>
    </w:p>
    <w:p w14:paraId="4E3B3ABD" w14:textId="77777777" w:rsidR="00424ACA" w:rsidRDefault="00000000">
      <w:r>
        <w:t>Qualitative fixes verified in the final dataset:</w:t>
      </w:r>
    </w:p>
    <w:p w14:paraId="51494A90" w14:textId="77777777" w:rsidR="00424ACA" w:rsidRDefault="00000000">
      <w:pPr>
        <w:pStyle w:val="ListBullet"/>
      </w:pPr>
      <w:r>
        <w:rPr>
          <w:b/>
        </w:rPr>
        <w:t xml:space="preserve">Cottage Cheese: </w:t>
      </w:r>
      <w:r>
        <w:t>Safely merged 'Fromage Cottage', 'COTTAGE CHEESE', and 'Cottage Cheese'. It is a clean group of 7 items (down from 70+ polluted items).</w:t>
      </w:r>
    </w:p>
    <w:p w14:paraId="03BE515B" w14:textId="77777777" w:rsidR="00424ACA" w:rsidRDefault="00000000">
      <w:pPr>
        <w:pStyle w:val="ListBullet"/>
      </w:pPr>
      <w:r>
        <w:rPr>
          <w:b/>
        </w:rPr>
        <w:t xml:space="preserve">Jelly Powders &amp; Sparkling Waters: </w:t>
      </w:r>
      <w:r>
        <w:t>Different flavours ('Cherry', 'Lime', 'Orange', 'Lemon Lime') are correctly maintained as completely separate canonical products.</w:t>
      </w:r>
    </w:p>
    <w:p w14:paraId="3743B7C5" w14:textId="77777777" w:rsidR="00424ACA" w:rsidRDefault="00000000">
      <w:pPr>
        <w:pStyle w:val="ListBullet"/>
      </w:pPr>
      <w:r>
        <w:rPr>
          <w:b/>
        </w:rPr>
        <w:t xml:space="preserve">Meats &amp; Oils: </w:t>
      </w:r>
      <w:r>
        <w:t>'Canola Oil' and 'Sunflower Oil', as well as 'Chicken Breast' and 'Turkey Breast', are correctly isolated from each other.</w:t>
      </w:r>
    </w:p>
    <w:sectPr w:rsidR="00424ACA"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9007965">
    <w:abstractNumId w:val="8"/>
  </w:num>
  <w:num w:numId="2" w16cid:durableId="511842387">
    <w:abstractNumId w:val="6"/>
  </w:num>
  <w:num w:numId="3" w16cid:durableId="310911792">
    <w:abstractNumId w:val="5"/>
  </w:num>
  <w:num w:numId="4" w16cid:durableId="884410453">
    <w:abstractNumId w:val="4"/>
  </w:num>
  <w:num w:numId="5" w16cid:durableId="1825002184">
    <w:abstractNumId w:val="7"/>
  </w:num>
  <w:num w:numId="6" w16cid:durableId="1295872861">
    <w:abstractNumId w:val="3"/>
  </w:num>
  <w:num w:numId="7" w16cid:durableId="388192251">
    <w:abstractNumId w:val="2"/>
  </w:num>
  <w:num w:numId="8" w16cid:durableId="1937247314">
    <w:abstractNumId w:val="1"/>
  </w:num>
  <w:num w:numId="9" w16cid:durableId="14170198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24ACA"/>
    <w:rsid w:val="00525494"/>
    <w:rsid w:val="00AA1D8D"/>
    <w:rsid w:val="00B47730"/>
    <w:rsid w:val="00CB0664"/>
    <w:rsid w:val="00F3406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F4EFB9C"/>
  <w14:defaultImageDpi w14:val="300"/>
  <w15:docId w15:val="{A5877C6D-5707-47D7-8BFE-91ACCCFFA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971</Words>
  <Characters>5536</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6495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Sanjay H</cp:lastModifiedBy>
  <cp:revision>2</cp:revision>
  <dcterms:created xsi:type="dcterms:W3CDTF">2013-12-23T23:15:00Z</dcterms:created>
  <dcterms:modified xsi:type="dcterms:W3CDTF">2026-08-06T17:14:00Z</dcterms:modified>
  <cp:category/>
</cp:coreProperties>
</file>